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32BBF" w14:textId="54BA6EAD" w:rsidR="00F853CD" w:rsidRPr="00712DCE" w:rsidRDefault="00A62766" w:rsidP="00F853CD">
      <w:pPr>
        <w:jc w:val="center"/>
        <w:rPr>
          <w:rFonts w:ascii="Bell MT" w:hAnsi="Bell MT"/>
          <w:color w:val="4F81BD" w:themeColor="accent1"/>
          <w:sz w:val="36"/>
          <w:szCs w:val="36"/>
        </w:rPr>
      </w:pPr>
      <w:r w:rsidRPr="00712DCE">
        <w:rPr>
          <w:rFonts w:ascii="Bell MT" w:hAnsi="Bell MT"/>
          <w:color w:val="4F81BD" w:themeColor="accent1"/>
          <w:sz w:val="36"/>
          <w:szCs w:val="36"/>
        </w:rPr>
        <w:t xml:space="preserve">     </w:t>
      </w:r>
    </w:p>
    <w:p w14:paraId="1C01F47D" w14:textId="77777777" w:rsidR="00F853CD" w:rsidRPr="00712DCE" w:rsidRDefault="00F853CD" w:rsidP="00F853CD">
      <w:pPr>
        <w:jc w:val="center"/>
        <w:rPr>
          <w:rFonts w:ascii="Bell MT" w:hAnsi="Bell MT"/>
          <w:b/>
          <w:bCs/>
          <w:color w:val="4F81BD" w:themeColor="accent1"/>
          <w:sz w:val="36"/>
          <w:szCs w:val="36"/>
        </w:rPr>
      </w:pPr>
      <w:r w:rsidRPr="00712DCE">
        <w:rPr>
          <w:rFonts w:ascii="Bell MT" w:hAnsi="Bell MT"/>
          <w:b/>
          <w:bCs/>
          <w:color w:val="4F81BD" w:themeColor="accent1"/>
          <w:sz w:val="36"/>
          <w:szCs w:val="36"/>
        </w:rPr>
        <w:t>Projet « Optimisation des capacités d’intervention des services BEL des départements de Kanel et de Matam »</w:t>
      </w:r>
    </w:p>
    <w:p w14:paraId="120D186F" w14:textId="77777777" w:rsidR="00F853CD" w:rsidRPr="00712DCE" w:rsidRDefault="00F853CD" w:rsidP="00F853CD">
      <w:pPr>
        <w:autoSpaceDE w:val="0"/>
        <w:autoSpaceDN w:val="0"/>
        <w:adjustRightInd w:val="0"/>
        <w:jc w:val="center"/>
        <w:rPr>
          <w:rFonts w:ascii="Bell MT" w:hAnsi="Bell MT"/>
          <w:b/>
        </w:rPr>
      </w:pPr>
    </w:p>
    <w:p w14:paraId="1B6F1692" w14:textId="77777777" w:rsidR="00F853CD" w:rsidRPr="00712DCE" w:rsidRDefault="00F853CD" w:rsidP="00F853CD">
      <w:pPr>
        <w:autoSpaceDE w:val="0"/>
        <w:autoSpaceDN w:val="0"/>
        <w:adjustRightInd w:val="0"/>
        <w:jc w:val="center"/>
        <w:rPr>
          <w:rFonts w:ascii="Bell MT" w:hAnsi="Bell MT"/>
          <w:b/>
        </w:rPr>
      </w:pPr>
    </w:p>
    <w:p w14:paraId="0FC19404" w14:textId="77777777" w:rsidR="00F853CD" w:rsidRPr="00712DCE" w:rsidRDefault="00F853CD" w:rsidP="00F853CD">
      <w:pPr>
        <w:tabs>
          <w:tab w:val="left" w:pos="3540"/>
        </w:tabs>
        <w:jc w:val="center"/>
        <w:rPr>
          <w:rFonts w:ascii="Bell MT" w:hAnsi="Bell MT"/>
        </w:rPr>
      </w:pPr>
      <w:r w:rsidRPr="00712DCE">
        <w:rPr>
          <w:rFonts w:ascii="Bell MT" w:hAnsi="Bell MT"/>
        </w:rPr>
        <w:t>*</w:t>
      </w:r>
    </w:p>
    <w:p w14:paraId="1058210B" w14:textId="77777777" w:rsidR="00F853CD" w:rsidRPr="00712DCE" w:rsidRDefault="00F853CD" w:rsidP="00F853CD">
      <w:pPr>
        <w:tabs>
          <w:tab w:val="left" w:pos="3540"/>
        </w:tabs>
        <w:jc w:val="center"/>
        <w:rPr>
          <w:rFonts w:ascii="Bell MT" w:hAnsi="Bell MT"/>
        </w:rPr>
      </w:pPr>
      <w:r w:rsidRPr="00712DCE">
        <w:rPr>
          <w:rFonts w:ascii="Bell MT" w:hAnsi="Bell MT"/>
        </w:rPr>
        <w:t>*          *</w:t>
      </w:r>
    </w:p>
    <w:p w14:paraId="1FF85054" w14:textId="77777777" w:rsidR="00F853CD" w:rsidRPr="00712DCE" w:rsidRDefault="00F853CD" w:rsidP="00F853CD">
      <w:pPr>
        <w:rPr>
          <w:rFonts w:ascii="Bell MT" w:hAnsi="Bell MT"/>
        </w:rPr>
      </w:pPr>
    </w:p>
    <w:p w14:paraId="142E7C3D" w14:textId="77777777" w:rsidR="00F853CD" w:rsidRPr="00712DCE" w:rsidRDefault="00F853CD" w:rsidP="00F853CD">
      <w:pPr>
        <w:rPr>
          <w:rFonts w:ascii="Bell MT" w:hAnsi="Bell MT"/>
          <w:color w:val="4F81BD" w:themeColor="accent1"/>
          <w:sz w:val="36"/>
          <w:szCs w:val="36"/>
        </w:rPr>
      </w:pPr>
    </w:p>
    <w:p w14:paraId="5CDEC356" w14:textId="2623B477" w:rsidR="00F853CD" w:rsidRPr="00712DCE" w:rsidRDefault="00F853CD" w:rsidP="00F853CD">
      <w:pPr>
        <w:jc w:val="center"/>
        <w:rPr>
          <w:rFonts w:ascii="Bell MT" w:hAnsi="Bell MT"/>
          <w:b/>
          <w:sz w:val="32"/>
          <w:szCs w:val="32"/>
        </w:rPr>
      </w:pPr>
      <w:r w:rsidRPr="00712DCE">
        <w:rPr>
          <w:rFonts w:ascii="Bell MT" w:hAnsi="Bell MT"/>
          <w:b/>
          <w:sz w:val="32"/>
          <w:szCs w:val="32"/>
        </w:rPr>
        <w:t>RÈGLEMENT INTÉRIEUR DU CONCOURS DE BUSINESS PLAN</w:t>
      </w:r>
    </w:p>
    <w:p w14:paraId="6434AD19" w14:textId="29EF2A91" w:rsidR="00937CAA" w:rsidRPr="00712DCE" w:rsidRDefault="00937CAA" w:rsidP="00937CAA">
      <w:pPr>
        <w:jc w:val="center"/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Départements de Matam et Kanel – Édition 202</w:t>
      </w:r>
      <w:r w:rsidR="00432506" w:rsidRPr="00712DCE">
        <w:rPr>
          <w:rFonts w:ascii="Bell MT" w:hAnsi="Bell MT"/>
          <w:sz w:val="24"/>
          <w:szCs w:val="24"/>
        </w:rPr>
        <w:t>6</w:t>
      </w:r>
    </w:p>
    <w:p w14:paraId="0992EA56" w14:textId="77777777" w:rsidR="00937CAA" w:rsidRPr="00712DCE" w:rsidRDefault="00937CAA" w:rsidP="00F853CD">
      <w:pPr>
        <w:jc w:val="center"/>
        <w:rPr>
          <w:rFonts w:ascii="Bell MT" w:hAnsi="Bell MT"/>
          <w:b/>
        </w:rPr>
      </w:pPr>
    </w:p>
    <w:p w14:paraId="68F89A39" w14:textId="77777777" w:rsidR="00F853CD" w:rsidRPr="00712DCE" w:rsidRDefault="00F853CD" w:rsidP="00F853CD">
      <w:pPr>
        <w:jc w:val="center"/>
        <w:rPr>
          <w:rFonts w:ascii="Bell MT" w:hAnsi="Bell MT"/>
          <w:b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4170B3" w14:textId="77777777" w:rsidR="00F853CD" w:rsidRPr="00712DCE" w:rsidRDefault="00F853CD" w:rsidP="00F853CD">
      <w:pPr>
        <w:jc w:val="center"/>
        <w:rPr>
          <w:rFonts w:ascii="Bell MT" w:hAnsi="Bell MT"/>
          <w:sz w:val="28"/>
          <w:szCs w:val="28"/>
        </w:rPr>
      </w:pPr>
    </w:p>
    <w:p w14:paraId="7D8D3D65" w14:textId="77777777" w:rsidR="00F853CD" w:rsidRPr="00712DCE" w:rsidRDefault="00F853CD" w:rsidP="00F853CD">
      <w:pPr>
        <w:jc w:val="center"/>
        <w:rPr>
          <w:rFonts w:ascii="Bell MT" w:hAnsi="Bell MT"/>
          <w:sz w:val="32"/>
          <w:szCs w:val="32"/>
        </w:rPr>
      </w:pPr>
    </w:p>
    <w:p w14:paraId="2E7938A3" w14:textId="77777777" w:rsidR="00F853CD" w:rsidRPr="00712DCE" w:rsidRDefault="00F853CD" w:rsidP="00F853CD">
      <w:pPr>
        <w:tabs>
          <w:tab w:val="left" w:pos="3540"/>
        </w:tabs>
        <w:jc w:val="center"/>
        <w:rPr>
          <w:rFonts w:ascii="Bell MT" w:hAnsi="Bell MT"/>
          <w:sz w:val="32"/>
          <w:szCs w:val="32"/>
        </w:rPr>
      </w:pPr>
      <w:r w:rsidRPr="00712DCE">
        <w:rPr>
          <w:rFonts w:ascii="Bell MT" w:hAnsi="Bell MT"/>
          <w:sz w:val="32"/>
          <w:szCs w:val="32"/>
        </w:rPr>
        <w:t>*</w:t>
      </w:r>
    </w:p>
    <w:p w14:paraId="7B7EA33F" w14:textId="77777777" w:rsidR="00F853CD" w:rsidRPr="00712DCE" w:rsidRDefault="00F853CD" w:rsidP="00F853CD">
      <w:pPr>
        <w:tabs>
          <w:tab w:val="left" w:pos="3540"/>
        </w:tabs>
        <w:jc w:val="center"/>
        <w:rPr>
          <w:rFonts w:ascii="Bell MT" w:hAnsi="Bell MT"/>
          <w:sz w:val="32"/>
          <w:szCs w:val="32"/>
        </w:rPr>
      </w:pPr>
      <w:r w:rsidRPr="00712DCE">
        <w:rPr>
          <w:rFonts w:ascii="Bell MT" w:hAnsi="Bell MT"/>
          <w:sz w:val="32"/>
          <w:szCs w:val="32"/>
        </w:rPr>
        <w:t>*           *</w:t>
      </w:r>
    </w:p>
    <w:p w14:paraId="4449A684" w14:textId="77777777" w:rsidR="00F853CD" w:rsidRPr="00712DCE" w:rsidRDefault="00F853CD" w:rsidP="00F853CD">
      <w:pPr>
        <w:rPr>
          <w:rFonts w:ascii="Bell MT" w:hAnsi="Bell MT"/>
          <w:sz w:val="32"/>
          <w:szCs w:val="32"/>
        </w:rPr>
      </w:pPr>
    </w:p>
    <w:p w14:paraId="5885EEE4" w14:textId="77777777" w:rsidR="00F853CD" w:rsidRPr="00712DCE" w:rsidRDefault="00F853CD" w:rsidP="00F853CD">
      <w:pPr>
        <w:rPr>
          <w:rFonts w:ascii="Bell MT" w:hAnsi="Bell MT"/>
          <w:sz w:val="32"/>
          <w:szCs w:val="32"/>
        </w:rPr>
      </w:pPr>
    </w:p>
    <w:p w14:paraId="336DAE2A" w14:textId="77777777" w:rsidR="00530793" w:rsidRPr="00712DCE" w:rsidRDefault="00530793" w:rsidP="002A5418">
      <w:pPr>
        <w:jc w:val="center"/>
        <w:rPr>
          <w:rFonts w:ascii="Bell MT" w:hAnsi="Bell MT"/>
          <w:sz w:val="32"/>
          <w:szCs w:val="32"/>
        </w:rPr>
      </w:pPr>
    </w:p>
    <w:p w14:paraId="76259BE5" w14:textId="77777777" w:rsidR="00530793" w:rsidRPr="00712DCE" w:rsidRDefault="00530793" w:rsidP="002A5418">
      <w:pPr>
        <w:jc w:val="center"/>
        <w:rPr>
          <w:rFonts w:ascii="Bell MT" w:hAnsi="Bell MT"/>
          <w:sz w:val="24"/>
          <w:szCs w:val="24"/>
        </w:rPr>
        <w:sectPr w:rsidR="00530793" w:rsidRPr="00712DCE" w:rsidSect="00034616">
          <w:headerReference w:type="default" r:id="rId8"/>
          <w:footerReference w:type="default" r:id="rId9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76BFE651" w14:textId="77777777" w:rsidR="00530793" w:rsidRPr="00712DCE" w:rsidRDefault="00530793" w:rsidP="002A5418">
      <w:pPr>
        <w:jc w:val="center"/>
        <w:rPr>
          <w:rFonts w:ascii="Bell MT" w:hAnsi="Bell MT"/>
          <w:b/>
          <w:bCs/>
          <w:sz w:val="24"/>
          <w:szCs w:val="24"/>
        </w:rPr>
      </w:pPr>
    </w:p>
    <w:p w14:paraId="37520D41" w14:textId="77777777" w:rsidR="00937CAA" w:rsidRPr="00712DCE" w:rsidRDefault="00937CAA" w:rsidP="00937CAA">
      <w:pPr>
        <w:jc w:val="both"/>
        <w:rPr>
          <w:rFonts w:ascii="Bell MT" w:hAnsi="Bell MT"/>
          <w:b/>
          <w:bCs/>
          <w:sz w:val="24"/>
          <w:szCs w:val="24"/>
        </w:rPr>
      </w:pPr>
      <w:r w:rsidRPr="00712DCE">
        <w:rPr>
          <w:rFonts w:ascii="Bell MT" w:hAnsi="Bell MT"/>
          <w:b/>
          <w:bCs/>
          <w:sz w:val="24"/>
          <w:szCs w:val="24"/>
        </w:rPr>
        <w:t>Article 1 : Objet</w:t>
      </w:r>
    </w:p>
    <w:p w14:paraId="61D346C9" w14:textId="52A369DB" w:rsidR="00937CAA" w:rsidRPr="00712DCE" w:rsidRDefault="00937CAA" w:rsidP="00937CAA">
      <w:pPr>
        <w:jc w:val="both"/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Le concours de Business Plan a pour objectif de promouvoir l’esprit entrepreneurial chez les jeunes des départements de Matam et Kanel, en valorisant les projets innovants, viables et créateurs d’emplois.</w:t>
      </w:r>
      <w:r w:rsidR="00712DCE" w:rsidRPr="00712DCE">
        <w:rPr>
          <w:rFonts w:ascii="Bell MT" w:hAnsi="Bell MT"/>
          <w:sz w:val="24"/>
          <w:szCs w:val="24"/>
        </w:rPr>
        <w:t xml:space="preserve"> Cette initiative ambitionne de faire éclore une nouvelle génération d’entrepreneurs capables de dynamiser durablement l’économie locale.</w:t>
      </w:r>
    </w:p>
    <w:p w14:paraId="3DD5C80D" w14:textId="0A240122" w:rsidR="00313AC1" w:rsidRPr="00712DCE" w:rsidRDefault="00313AC1" w:rsidP="00313AC1">
      <w:pPr>
        <w:rPr>
          <w:rFonts w:ascii="Bell MT" w:hAnsi="Bell MT"/>
          <w:b/>
          <w:bCs/>
          <w:sz w:val="24"/>
          <w:szCs w:val="24"/>
        </w:rPr>
      </w:pPr>
      <w:r w:rsidRPr="00712DCE">
        <w:rPr>
          <w:rFonts w:ascii="Bell MT" w:hAnsi="Bell MT"/>
          <w:b/>
          <w:bCs/>
          <w:sz w:val="24"/>
          <w:szCs w:val="24"/>
        </w:rPr>
        <w:t>Article 2</w:t>
      </w:r>
      <w:r w:rsidR="0028043E" w:rsidRPr="00712DCE">
        <w:rPr>
          <w:rFonts w:ascii="Bell MT" w:hAnsi="Bell MT"/>
          <w:b/>
          <w:bCs/>
          <w:sz w:val="24"/>
          <w:szCs w:val="24"/>
        </w:rPr>
        <w:t xml:space="preserve"> : </w:t>
      </w:r>
      <w:r w:rsidRPr="00712DCE">
        <w:rPr>
          <w:rFonts w:ascii="Bell MT" w:hAnsi="Bell MT"/>
          <w:b/>
          <w:bCs/>
          <w:sz w:val="24"/>
          <w:szCs w:val="24"/>
        </w:rPr>
        <w:t>Objectifs</w:t>
      </w:r>
    </w:p>
    <w:p w14:paraId="4D687396" w14:textId="77777777" w:rsidR="00313AC1" w:rsidRPr="00712DCE" w:rsidRDefault="00313AC1" w:rsidP="00313AC1">
      <w:pPr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Ce concours vise à :</w:t>
      </w:r>
    </w:p>
    <w:p w14:paraId="3B272BAB" w14:textId="5698355C" w:rsidR="00313AC1" w:rsidRPr="00712DCE" w:rsidRDefault="00313AC1" w:rsidP="00313AC1">
      <w:pPr>
        <w:numPr>
          <w:ilvl w:val="0"/>
          <w:numId w:val="10"/>
        </w:numPr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 xml:space="preserve">Encourager les jeunes à formaliser </w:t>
      </w:r>
      <w:r w:rsidR="00712DCE">
        <w:rPr>
          <w:rFonts w:ascii="Bell MT" w:hAnsi="Bell MT"/>
          <w:sz w:val="24"/>
          <w:szCs w:val="24"/>
        </w:rPr>
        <w:t xml:space="preserve">et structurer </w:t>
      </w:r>
      <w:r w:rsidRPr="00712DCE">
        <w:rPr>
          <w:rFonts w:ascii="Bell MT" w:hAnsi="Bell MT"/>
          <w:sz w:val="24"/>
          <w:szCs w:val="24"/>
        </w:rPr>
        <w:t>leurs idées entrepreneuriales</w:t>
      </w:r>
      <w:r w:rsidR="00712DCE">
        <w:rPr>
          <w:rFonts w:ascii="Bell MT" w:hAnsi="Bell MT"/>
          <w:sz w:val="24"/>
          <w:szCs w:val="24"/>
        </w:rPr>
        <w:t xml:space="preserve"> afin de transformer leurs ambitions en projets concrets ;</w:t>
      </w:r>
    </w:p>
    <w:p w14:paraId="68C3015B" w14:textId="0FE0BB49" w:rsidR="00313AC1" w:rsidRPr="00712DCE" w:rsidRDefault="00313AC1" w:rsidP="00313AC1">
      <w:pPr>
        <w:numPr>
          <w:ilvl w:val="0"/>
          <w:numId w:val="10"/>
        </w:numPr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Promouvoir l’innovation locale et la création d’emplois</w:t>
      </w:r>
      <w:r w:rsidR="00712DCE">
        <w:rPr>
          <w:rFonts w:ascii="Bell MT" w:hAnsi="Bell MT"/>
          <w:sz w:val="24"/>
          <w:szCs w:val="24"/>
        </w:rPr>
        <w:t xml:space="preserve"> durables dans les départements de Matam et Kanel ;</w:t>
      </w:r>
    </w:p>
    <w:p w14:paraId="09896E9F" w14:textId="77777777" w:rsidR="00712DCE" w:rsidRDefault="00712DCE" w:rsidP="008E3C6F">
      <w:pPr>
        <w:numPr>
          <w:ilvl w:val="0"/>
          <w:numId w:val="10"/>
        </w:numPr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Identifier et s</w:t>
      </w:r>
      <w:r w:rsidR="00313AC1" w:rsidRPr="00712DCE">
        <w:rPr>
          <w:rFonts w:ascii="Bell MT" w:hAnsi="Bell MT"/>
          <w:sz w:val="24"/>
          <w:szCs w:val="24"/>
        </w:rPr>
        <w:t xml:space="preserve">électionner des projets viables </w:t>
      </w:r>
      <w:r>
        <w:rPr>
          <w:rFonts w:ascii="Bell MT" w:hAnsi="Bell MT"/>
          <w:sz w:val="24"/>
          <w:szCs w:val="24"/>
        </w:rPr>
        <w:t>s</w:t>
      </w:r>
      <w:r w:rsidRPr="00712DCE">
        <w:rPr>
          <w:rFonts w:ascii="Bell MT" w:hAnsi="Bell MT"/>
          <w:sz w:val="24"/>
          <w:szCs w:val="24"/>
        </w:rPr>
        <w:t>usceptibles de bénéficier d’un accompagnement technique, institutionnel ou financier ;</w:t>
      </w:r>
    </w:p>
    <w:p w14:paraId="2D54BA4C" w14:textId="77777777" w:rsidR="00712DCE" w:rsidRDefault="00712DCE" w:rsidP="00712DCE">
      <w:pPr>
        <w:numPr>
          <w:ilvl w:val="0"/>
          <w:numId w:val="10"/>
        </w:numPr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Stimuler le développement économique local en soutenant des initiatives à fort impact social et économique.</w:t>
      </w:r>
    </w:p>
    <w:p w14:paraId="014F7480" w14:textId="296F491E" w:rsidR="00937CAA" w:rsidRPr="00712DCE" w:rsidRDefault="00937CAA" w:rsidP="00937CAA">
      <w:pPr>
        <w:jc w:val="both"/>
        <w:rPr>
          <w:rFonts w:ascii="Bell MT" w:hAnsi="Bell MT"/>
          <w:b/>
          <w:bCs/>
          <w:sz w:val="24"/>
          <w:szCs w:val="24"/>
        </w:rPr>
      </w:pPr>
      <w:r w:rsidRPr="00712DCE">
        <w:rPr>
          <w:rFonts w:ascii="Bell MT" w:hAnsi="Bell MT"/>
          <w:b/>
          <w:bCs/>
          <w:sz w:val="24"/>
          <w:szCs w:val="24"/>
        </w:rPr>
        <w:t xml:space="preserve">Article </w:t>
      </w:r>
      <w:r w:rsidR="0028043E" w:rsidRPr="00712DCE">
        <w:rPr>
          <w:rFonts w:ascii="Bell MT" w:hAnsi="Bell MT"/>
          <w:b/>
          <w:bCs/>
          <w:sz w:val="24"/>
          <w:szCs w:val="24"/>
        </w:rPr>
        <w:t xml:space="preserve">3 </w:t>
      </w:r>
      <w:r w:rsidRPr="00712DCE">
        <w:rPr>
          <w:rFonts w:ascii="Bell MT" w:hAnsi="Bell MT"/>
          <w:b/>
          <w:bCs/>
          <w:sz w:val="24"/>
          <w:szCs w:val="24"/>
        </w:rPr>
        <w:t>: Public cible</w:t>
      </w:r>
    </w:p>
    <w:p w14:paraId="6035000E" w14:textId="62964241" w:rsidR="00937CAA" w:rsidRPr="00712DCE" w:rsidRDefault="00937CAA" w:rsidP="00937CAA">
      <w:pPr>
        <w:jc w:val="both"/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Le concours est ouvert exclusivement aux 100 jeunes (50 de Matam et 50 de Kanel) ayant suivi la formation sur l’élaboration d’un business plan organisée par les Conseils départementaux</w:t>
      </w:r>
      <w:r w:rsidR="003D664A">
        <w:rPr>
          <w:rFonts w:ascii="Bell MT" w:hAnsi="Bell MT"/>
          <w:sz w:val="24"/>
          <w:szCs w:val="24"/>
        </w:rPr>
        <w:t xml:space="preserve"> de Matam et Kanel</w:t>
      </w:r>
      <w:r w:rsidRPr="00712DCE">
        <w:rPr>
          <w:rFonts w:ascii="Bell MT" w:hAnsi="Bell MT"/>
          <w:sz w:val="24"/>
          <w:szCs w:val="24"/>
        </w:rPr>
        <w:t xml:space="preserve"> et les Bureaux Économiques Locaux (BEL).</w:t>
      </w:r>
    </w:p>
    <w:p w14:paraId="6C5003B5" w14:textId="5CBF5A18" w:rsidR="00937CAA" w:rsidRPr="00712DCE" w:rsidRDefault="00937CAA" w:rsidP="00937CAA">
      <w:pPr>
        <w:jc w:val="both"/>
        <w:rPr>
          <w:rFonts w:ascii="Bell MT" w:hAnsi="Bell MT"/>
          <w:b/>
          <w:bCs/>
          <w:sz w:val="24"/>
          <w:szCs w:val="24"/>
        </w:rPr>
      </w:pPr>
      <w:r w:rsidRPr="00712DCE">
        <w:rPr>
          <w:rFonts w:ascii="Bell MT" w:hAnsi="Bell MT"/>
          <w:b/>
          <w:bCs/>
          <w:sz w:val="24"/>
          <w:szCs w:val="24"/>
        </w:rPr>
        <w:t xml:space="preserve">Article </w:t>
      </w:r>
      <w:r w:rsidR="0028043E" w:rsidRPr="00712DCE">
        <w:rPr>
          <w:rFonts w:ascii="Bell MT" w:hAnsi="Bell MT"/>
          <w:b/>
          <w:bCs/>
          <w:sz w:val="24"/>
          <w:szCs w:val="24"/>
        </w:rPr>
        <w:t>4</w:t>
      </w:r>
      <w:r w:rsidRPr="00712DCE">
        <w:rPr>
          <w:rFonts w:ascii="Bell MT" w:hAnsi="Bell MT"/>
          <w:b/>
          <w:bCs/>
          <w:sz w:val="24"/>
          <w:szCs w:val="24"/>
        </w:rPr>
        <w:t xml:space="preserve"> : Conditions de participation</w:t>
      </w:r>
    </w:p>
    <w:p w14:paraId="54AB2E43" w14:textId="5EC4D895" w:rsidR="00937CAA" w:rsidRPr="00712DCE" w:rsidRDefault="00937CAA" w:rsidP="00937CAA">
      <w:pPr>
        <w:numPr>
          <w:ilvl w:val="0"/>
          <w:numId w:val="19"/>
        </w:numPr>
        <w:jc w:val="both"/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Être âgé(e) de 18 à 35 ans</w:t>
      </w:r>
      <w:r w:rsidR="003D664A">
        <w:rPr>
          <w:rFonts w:ascii="Bell MT" w:hAnsi="Bell MT"/>
          <w:sz w:val="24"/>
          <w:szCs w:val="24"/>
        </w:rPr>
        <w:t> ;</w:t>
      </w:r>
    </w:p>
    <w:p w14:paraId="461AB5C1" w14:textId="640B0D04" w:rsidR="00937CAA" w:rsidRDefault="00937CAA" w:rsidP="00937CAA">
      <w:pPr>
        <w:numPr>
          <w:ilvl w:val="0"/>
          <w:numId w:val="19"/>
        </w:numPr>
        <w:jc w:val="both"/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 xml:space="preserve">Résider dans l’un des deux </w:t>
      </w:r>
      <w:r w:rsidR="003D664A">
        <w:rPr>
          <w:rFonts w:ascii="Bell MT" w:hAnsi="Bell MT"/>
          <w:sz w:val="24"/>
          <w:szCs w:val="24"/>
        </w:rPr>
        <w:t>territoires</w:t>
      </w:r>
      <w:r w:rsidRPr="00712DCE">
        <w:rPr>
          <w:rFonts w:ascii="Bell MT" w:hAnsi="Bell MT"/>
          <w:sz w:val="24"/>
          <w:szCs w:val="24"/>
        </w:rPr>
        <w:t xml:space="preserve"> (Matam ou Kanel)</w:t>
      </w:r>
      <w:r w:rsidR="003D664A">
        <w:rPr>
          <w:rFonts w:ascii="Bell MT" w:hAnsi="Bell MT"/>
          <w:sz w:val="24"/>
          <w:szCs w:val="24"/>
        </w:rPr>
        <w:t> ;</w:t>
      </w:r>
    </w:p>
    <w:p w14:paraId="4DCF5314" w14:textId="5E580FD3" w:rsidR="003D664A" w:rsidRPr="00712DCE" w:rsidRDefault="003D664A" w:rsidP="00937CAA">
      <w:pPr>
        <w:numPr>
          <w:ilvl w:val="0"/>
          <w:numId w:val="19"/>
        </w:numPr>
        <w:jc w:val="both"/>
        <w:rPr>
          <w:rFonts w:ascii="Bell MT" w:hAnsi="Bell MT"/>
          <w:sz w:val="24"/>
          <w:szCs w:val="24"/>
        </w:rPr>
      </w:pPr>
      <w:r>
        <w:rPr>
          <w:rFonts w:ascii="Bell MT" w:hAnsi="Bell MT"/>
          <w:sz w:val="24"/>
          <w:szCs w:val="24"/>
        </w:rPr>
        <w:t>Le projet présenté doit se localiser dans les deux territoires ;</w:t>
      </w:r>
    </w:p>
    <w:p w14:paraId="09BB78CB" w14:textId="7A0B2D27" w:rsidR="00937CAA" w:rsidRPr="00712DCE" w:rsidRDefault="00937CAA" w:rsidP="00937CAA">
      <w:pPr>
        <w:numPr>
          <w:ilvl w:val="0"/>
          <w:numId w:val="19"/>
        </w:numPr>
        <w:jc w:val="both"/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Avoir suivi la formation sur l’élaboration du business plan</w:t>
      </w:r>
      <w:r w:rsidR="003D664A">
        <w:rPr>
          <w:rFonts w:ascii="Bell MT" w:hAnsi="Bell MT"/>
          <w:sz w:val="24"/>
          <w:szCs w:val="24"/>
        </w:rPr>
        <w:t> ;</w:t>
      </w:r>
    </w:p>
    <w:p w14:paraId="7815C8C1" w14:textId="3493BB52" w:rsidR="00937CAA" w:rsidRPr="00712DCE" w:rsidRDefault="00937CAA" w:rsidP="00937CAA">
      <w:pPr>
        <w:numPr>
          <w:ilvl w:val="0"/>
          <w:numId w:val="19"/>
        </w:numPr>
        <w:jc w:val="both"/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Présenter un projet original et structuré dans un business plan conforme aux critères fixés</w:t>
      </w:r>
      <w:r w:rsidR="003D664A">
        <w:rPr>
          <w:rFonts w:ascii="Bell MT" w:hAnsi="Bell MT"/>
          <w:sz w:val="24"/>
          <w:szCs w:val="24"/>
        </w:rPr>
        <w:t> ;</w:t>
      </w:r>
    </w:p>
    <w:p w14:paraId="440A480B" w14:textId="1E94D52D" w:rsidR="00937CAA" w:rsidRPr="00712DCE" w:rsidRDefault="00937CAA" w:rsidP="00937CAA">
      <w:pPr>
        <w:jc w:val="both"/>
        <w:rPr>
          <w:rFonts w:ascii="Bell MT" w:hAnsi="Bell MT"/>
          <w:b/>
          <w:bCs/>
          <w:sz w:val="24"/>
          <w:szCs w:val="24"/>
        </w:rPr>
      </w:pPr>
      <w:r w:rsidRPr="00712DCE">
        <w:rPr>
          <w:rFonts w:ascii="Bell MT" w:hAnsi="Bell MT"/>
          <w:b/>
          <w:bCs/>
          <w:sz w:val="24"/>
          <w:szCs w:val="24"/>
        </w:rPr>
        <w:t xml:space="preserve">Article </w:t>
      </w:r>
      <w:r w:rsidR="0028043E" w:rsidRPr="00712DCE">
        <w:rPr>
          <w:rFonts w:ascii="Bell MT" w:hAnsi="Bell MT"/>
          <w:b/>
          <w:bCs/>
          <w:sz w:val="24"/>
          <w:szCs w:val="24"/>
        </w:rPr>
        <w:t>5</w:t>
      </w:r>
      <w:r w:rsidRPr="00712DCE">
        <w:rPr>
          <w:rFonts w:ascii="Bell MT" w:hAnsi="Bell MT"/>
          <w:b/>
          <w:bCs/>
          <w:sz w:val="24"/>
          <w:szCs w:val="24"/>
        </w:rPr>
        <w:t xml:space="preserve"> : Dépôt des dossiers</w:t>
      </w:r>
    </w:p>
    <w:p w14:paraId="597AA73C" w14:textId="77777777" w:rsidR="00937CAA" w:rsidRPr="00712DCE" w:rsidRDefault="00937CAA" w:rsidP="00937CAA">
      <w:pPr>
        <w:numPr>
          <w:ilvl w:val="0"/>
          <w:numId w:val="20"/>
        </w:numPr>
        <w:jc w:val="both"/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Les candidats doivent soumettre leur business plan dans les délais fixés par l’appel à candidatures.</w:t>
      </w:r>
    </w:p>
    <w:p w14:paraId="516E8F73" w14:textId="77777777" w:rsidR="00937CAA" w:rsidRPr="00712DCE" w:rsidRDefault="00937CAA" w:rsidP="00937CAA">
      <w:pPr>
        <w:numPr>
          <w:ilvl w:val="0"/>
          <w:numId w:val="20"/>
        </w:numPr>
        <w:jc w:val="both"/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Le dossier doit comporter :</w:t>
      </w:r>
    </w:p>
    <w:p w14:paraId="198202C6" w14:textId="77777777" w:rsidR="00937CAA" w:rsidRPr="00712DCE" w:rsidRDefault="00937CAA" w:rsidP="00937CAA">
      <w:pPr>
        <w:numPr>
          <w:ilvl w:val="1"/>
          <w:numId w:val="20"/>
        </w:numPr>
        <w:jc w:val="both"/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Le business plan complet (selon le canevas fourni).</w:t>
      </w:r>
    </w:p>
    <w:p w14:paraId="2BB13129" w14:textId="77777777" w:rsidR="00937CAA" w:rsidRDefault="00937CAA" w:rsidP="00937CAA">
      <w:pPr>
        <w:numPr>
          <w:ilvl w:val="1"/>
          <w:numId w:val="20"/>
        </w:numPr>
        <w:jc w:val="both"/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Une copie de la pièce d’identité.</w:t>
      </w:r>
    </w:p>
    <w:p w14:paraId="6928EDFF" w14:textId="611745C6" w:rsidR="003D664A" w:rsidRPr="003D664A" w:rsidRDefault="003D664A" w:rsidP="003D664A">
      <w:pPr>
        <w:numPr>
          <w:ilvl w:val="1"/>
          <w:numId w:val="20"/>
        </w:numPr>
        <w:jc w:val="both"/>
        <w:rPr>
          <w:rFonts w:ascii="Bell MT" w:hAnsi="Bell MT"/>
          <w:sz w:val="24"/>
          <w:szCs w:val="24"/>
        </w:rPr>
      </w:pPr>
      <w:r>
        <w:rPr>
          <w:rFonts w:ascii="Bell MT" w:hAnsi="Bell MT"/>
          <w:sz w:val="24"/>
          <w:szCs w:val="24"/>
        </w:rPr>
        <w:t>Certificat de résidence</w:t>
      </w:r>
    </w:p>
    <w:p w14:paraId="47B7B375" w14:textId="77777777" w:rsidR="00937CAA" w:rsidRDefault="00937CAA" w:rsidP="00937CAA">
      <w:pPr>
        <w:numPr>
          <w:ilvl w:val="1"/>
          <w:numId w:val="20"/>
        </w:numPr>
        <w:jc w:val="both"/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Une fiche de présentation résumée du projet (2 pages maximum).</w:t>
      </w:r>
    </w:p>
    <w:p w14:paraId="6D6C66DE" w14:textId="24B6E7F6" w:rsidR="00937CAA" w:rsidRPr="00712DCE" w:rsidRDefault="00937CAA" w:rsidP="00937CAA">
      <w:pPr>
        <w:jc w:val="both"/>
        <w:rPr>
          <w:rFonts w:ascii="Bell MT" w:hAnsi="Bell MT"/>
          <w:b/>
          <w:bCs/>
          <w:sz w:val="24"/>
          <w:szCs w:val="24"/>
        </w:rPr>
      </w:pPr>
      <w:r w:rsidRPr="00712DCE">
        <w:rPr>
          <w:rFonts w:ascii="Bell MT" w:hAnsi="Bell MT"/>
          <w:b/>
          <w:bCs/>
          <w:sz w:val="24"/>
          <w:szCs w:val="24"/>
        </w:rPr>
        <w:t xml:space="preserve">Article </w:t>
      </w:r>
      <w:r w:rsidR="0028043E" w:rsidRPr="00712DCE">
        <w:rPr>
          <w:rFonts w:ascii="Bell MT" w:hAnsi="Bell MT"/>
          <w:b/>
          <w:bCs/>
          <w:sz w:val="24"/>
          <w:szCs w:val="24"/>
        </w:rPr>
        <w:t>6</w:t>
      </w:r>
      <w:r w:rsidRPr="00712DCE">
        <w:rPr>
          <w:rFonts w:ascii="Bell MT" w:hAnsi="Bell MT"/>
          <w:b/>
          <w:bCs/>
          <w:sz w:val="24"/>
          <w:szCs w:val="24"/>
        </w:rPr>
        <w:t xml:space="preserve"> : Sélection et présélection</w:t>
      </w:r>
    </w:p>
    <w:p w14:paraId="72B34AE8" w14:textId="171058C0" w:rsidR="00937CAA" w:rsidRPr="00712DCE" w:rsidRDefault="00937CAA" w:rsidP="00D12CA7">
      <w:pPr>
        <w:jc w:val="both"/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Les dossiers reçus seront évalués par un comité technique sur la base des critères suivants</w:t>
      </w:r>
      <w:r w:rsidR="003D664A">
        <w:rPr>
          <w:rFonts w:ascii="Bell MT" w:hAnsi="Bell MT"/>
          <w:sz w:val="24"/>
          <w:szCs w:val="24"/>
        </w:rPr>
        <w:t> </w:t>
      </w:r>
      <w:r w:rsidRPr="00712DCE">
        <w:rPr>
          <w:rFonts w:ascii="Bell MT" w:hAnsi="Bell MT"/>
          <w:sz w:val="24"/>
          <w:szCs w:val="24"/>
        </w:rPr>
        <w:t>:</w:t>
      </w:r>
    </w:p>
    <w:p w14:paraId="634D94A6" w14:textId="77777777" w:rsidR="00937CAA" w:rsidRPr="00712DCE" w:rsidRDefault="00937CAA" w:rsidP="00D12CA7">
      <w:pPr>
        <w:pStyle w:val="Paragraphedeliste"/>
        <w:numPr>
          <w:ilvl w:val="0"/>
          <w:numId w:val="27"/>
        </w:numPr>
        <w:jc w:val="both"/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Pertinence et originalité du projet (20 points).</w:t>
      </w:r>
    </w:p>
    <w:p w14:paraId="324C9393" w14:textId="77777777" w:rsidR="00937CAA" w:rsidRPr="00712DCE" w:rsidRDefault="00937CAA" w:rsidP="00D12CA7">
      <w:pPr>
        <w:pStyle w:val="Paragraphedeliste"/>
        <w:numPr>
          <w:ilvl w:val="0"/>
          <w:numId w:val="27"/>
        </w:numPr>
        <w:jc w:val="both"/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Faisabilité technique et organisationnelle (20 points).</w:t>
      </w:r>
    </w:p>
    <w:p w14:paraId="3EC63E20" w14:textId="77777777" w:rsidR="00937CAA" w:rsidRPr="00712DCE" w:rsidRDefault="00937CAA" w:rsidP="00D12CA7">
      <w:pPr>
        <w:pStyle w:val="Paragraphedeliste"/>
        <w:numPr>
          <w:ilvl w:val="0"/>
          <w:numId w:val="27"/>
        </w:numPr>
        <w:jc w:val="both"/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Impact socio-économique et création d’emplois (20 points).</w:t>
      </w:r>
    </w:p>
    <w:p w14:paraId="564A35A7" w14:textId="77777777" w:rsidR="00937CAA" w:rsidRPr="00712DCE" w:rsidRDefault="00937CAA" w:rsidP="00D12CA7">
      <w:pPr>
        <w:pStyle w:val="Paragraphedeliste"/>
        <w:numPr>
          <w:ilvl w:val="0"/>
          <w:numId w:val="27"/>
        </w:numPr>
        <w:jc w:val="both"/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Innovation et durabilité (20 points).</w:t>
      </w:r>
    </w:p>
    <w:p w14:paraId="77F93450" w14:textId="77777777" w:rsidR="00937CAA" w:rsidRPr="00712DCE" w:rsidRDefault="00937CAA" w:rsidP="00D12CA7">
      <w:pPr>
        <w:pStyle w:val="Paragraphedeliste"/>
        <w:numPr>
          <w:ilvl w:val="0"/>
          <w:numId w:val="27"/>
        </w:numPr>
        <w:jc w:val="both"/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Rentabilité et viabilité financière (20 points).</w:t>
      </w:r>
    </w:p>
    <w:p w14:paraId="2E58C970" w14:textId="544F5652" w:rsidR="00937CAA" w:rsidRPr="00712DCE" w:rsidRDefault="00937CAA" w:rsidP="00D12CA7">
      <w:pPr>
        <w:jc w:val="both"/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À l’issue de cette phase, 10 finalistes seront retenus</w:t>
      </w:r>
      <w:r w:rsidR="006B29CE" w:rsidRPr="00712DCE">
        <w:rPr>
          <w:rFonts w:ascii="Bell MT" w:hAnsi="Bell MT"/>
          <w:sz w:val="24"/>
          <w:szCs w:val="24"/>
        </w:rPr>
        <w:t xml:space="preserve"> en raison de cinq par département</w:t>
      </w:r>
      <w:r w:rsidRPr="00712DCE">
        <w:rPr>
          <w:rFonts w:ascii="Bell MT" w:hAnsi="Bell MT"/>
          <w:sz w:val="24"/>
          <w:szCs w:val="24"/>
        </w:rPr>
        <w:t>.</w:t>
      </w:r>
    </w:p>
    <w:p w14:paraId="1F34A894" w14:textId="10EDAE84" w:rsidR="00937CAA" w:rsidRPr="00712DCE" w:rsidRDefault="00937CAA" w:rsidP="00937CAA">
      <w:pPr>
        <w:jc w:val="both"/>
        <w:rPr>
          <w:rFonts w:ascii="Bell MT" w:hAnsi="Bell MT"/>
          <w:b/>
          <w:bCs/>
          <w:sz w:val="24"/>
          <w:szCs w:val="24"/>
        </w:rPr>
      </w:pPr>
      <w:r w:rsidRPr="00712DCE">
        <w:rPr>
          <w:rFonts w:ascii="Bell MT" w:hAnsi="Bell MT"/>
          <w:b/>
          <w:bCs/>
          <w:sz w:val="24"/>
          <w:szCs w:val="24"/>
        </w:rPr>
        <w:t xml:space="preserve">Article </w:t>
      </w:r>
      <w:r w:rsidR="0028043E" w:rsidRPr="00712DCE">
        <w:rPr>
          <w:rFonts w:ascii="Bell MT" w:hAnsi="Bell MT"/>
          <w:b/>
          <w:bCs/>
          <w:sz w:val="24"/>
          <w:szCs w:val="24"/>
        </w:rPr>
        <w:t>7</w:t>
      </w:r>
      <w:r w:rsidRPr="00712DCE">
        <w:rPr>
          <w:rFonts w:ascii="Bell MT" w:hAnsi="Bell MT"/>
          <w:b/>
          <w:bCs/>
          <w:sz w:val="24"/>
          <w:szCs w:val="24"/>
        </w:rPr>
        <w:t xml:space="preserve"> : Coaching des finalistes</w:t>
      </w:r>
    </w:p>
    <w:p w14:paraId="4233F5E8" w14:textId="0FCECE09" w:rsidR="00937CAA" w:rsidRPr="00712DCE" w:rsidRDefault="00937CAA" w:rsidP="00937CAA">
      <w:pPr>
        <w:jc w:val="both"/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Les 10 finalistes bénéficieront d’un accompagnement technique et de séances de coaching pour améliorer et structurer leur business plan, ainsi que renforcer leurs compétences en présentation et argumentation.</w:t>
      </w:r>
    </w:p>
    <w:p w14:paraId="5E6D8B56" w14:textId="61AF330F" w:rsidR="00937CAA" w:rsidRPr="00712DCE" w:rsidRDefault="00937CAA" w:rsidP="00937CAA">
      <w:pPr>
        <w:jc w:val="both"/>
        <w:rPr>
          <w:rFonts w:ascii="Bell MT" w:hAnsi="Bell MT"/>
          <w:b/>
          <w:bCs/>
          <w:sz w:val="24"/>
          <w:szCs w:val="24"/>
        </w:rPr>
      </w:pPr>
      <w:r w:rsidRPr="00712DCE">
        <w:rPr>
          <w:rFonts w:ascii="Bell MT" w:hAnsi="Bell MT"/>
          <w:b/>
          <w:bCs/>
          <w:sz w:val="24"/>
          <w:szCs w:val="24"/>
        </w:rPr>
        <w:t xml:space="preserve">Article </w:t>
      </w:r>
      <w:r w:rsidR="0028043E" w:rsidRPr="00712DCE">
        <w:rPr>
          <w:rFonts w:ascii="Bell MT" w:hAnsi="Bell MT"/>
          <w:b/>
          <w:bCs/>
          <w:sz w:val="24"/>
          <w:szCs w:val="24"/>
        </w:rPr>
        <w:t>8</w:t>
      </w:r>
      <w:r w:rsidRPr="00712DCE">
        <w:rPr>
          <w:rFonts w:ascii="Bell MT" w:hAnsi="Bell MT"/>
          <w:b/>
          <w:bCs/>
          <w:sz w:val="24"/>
          <w:szCs w:val="24"/>
        </w:rPr>
        <w:t xml:space="preserve"> : Finale</w:t>
      </w:r>
    </w:p>
    <w:p w14:paraId="2B875C14" w14:textId="77777777" w:rsidR="00937CAA" w:rsidRPr="00712DCE" w:rsidRDefault="00937CAA" w:rsidP="00937CAA">
      <w:pPr>
        <w:numPr>
          <w:ilvl w:val="0"/>
          <w:numId w:val="22"/>
        </w:numPr>
        <w:jc w:val="both"/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Les finalistes présenteront leur projet devant un jury composé d’experts en entrepreneuriat, d’acteurs institutionnels et de partenaires financiers.</w:t>
      </w:r>
    </w:p>
    <w:p w14:paraId="02E42C15" w14:textId="37A4C4F8" w:rsidR="00937CAA" w:rsidRPr="00712DCE" w:rsidRDefault="00937CAA" w:rsidP="00937CAA">
      <w:pPr>
        <w:numPr>
          <w:ilvl w:val="0"/>
          <w:numId w:val="22"/>
        </w:numPr>
        <w:jc w:val="both"/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 xml:space="preserve">Chaque candidat disposera d’un temps de présentation de 10 minutes maximum, suivi de </w:t>
      </w:r>
      <w:r w:rsidR="006B29CE" w:rsidRPr="00712DCE">
        <w:rPr>
          <w:rFonts w:ascii="Bell MT" w:hAnsi="Bell MT"/>
          <w:sz w:val="24"/>
          <w:szCs w:val="24"/>
        </w:rPr>
        <w:t>15</w:t>
      </w:r>
      <w:r w:rsidRPr="00712DCE">
        <w:rPr>
          <w:rFonts w:ascii="Bell MT" w:hAnsi="Bell MT"/>
          <w:sz w:val="24"/>
          <w:szCs w:val="24"/>
        </w:rPr>
        <w:t xml:space="preserve"> minutes de questions-réponses.</w:t>
      </w:r>
    </w:p>
    <w:p w14:paraId="067BD9AE" w14:textId="40ABA790" w:rsidR="00937CAA" w:rsidRPr="00712DCE" w:rsidRDefault="00937CAA" w:rsidP="00937CAA">
      <w:pPr>
        <w:numPr>
          <w:ilvl w:val="0"/>
          <w:numId w:val="22"/>
        </w:numPr>
        <w:jc w:val="both"/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 xml:space="preserve">Le jury délibèrera et retiendra les </w:t>
      </w:r>
      <w:r w:rsidR="006B29CE" w:rsidRPr="00712DCE">
        <w:rPr>
          <w:rFonts w:ascii="Bell MT" w:hAnsi="Bell MT"/>
          <w:sz w:val="24"/>
          <w:szCs w:val="24"/>
        </w:rPr>
        <w:t>6</w:t>
      </w:r>
      <w:r w:rsidRPr="00712DCE">
        <w:rPr>
          <w:rFonts w:ascii="Bell MT" w:hAnsi="Bell MT"/>
          <w:sz w:val="24"/>
          <w:szCs w:val="24"/>
        </w:rPr>
        <w:t xml:space="preserve"> meilleurs projets</w:t>
      </w:r>
      <w:r w:rsidR="006B29CE" w:rsidRPr="00712DCE">
        <w:rPr>
          <w:rFonts w:ascii="Bell MT" w:hAnsi="Bell MT"/>
          <w:sz w:val="24"/>
          <w:szCs w:val="24"/>
        </w:rPr>
        <w:t xml:space="preserve"> en raison de trois par département</w:t>
      </w:r>
      <w:r w:rsidRPr="00712DCE">
        <w:rPr>
          <w:rFonts w:ascii="Bell MT" w:hAnsi="Bell MT"/>
          <w:sz w:val="24"/>
          <w:szCs w:val="24"/>
        </w:rPr>
        <w:t>.</w:t>
      </w:r>
    </w:p>
    <w:p w14:paraId="585A9698" w14:textId="58F1C44E" w:rsidR="00937CAA" w:rsidRPr="00712DCE" w:rsidRDefault="00937CAA" w:rsidP="00937CAA">
      <w:pPr>
        <w:jc w:val="both"/>
        <w:rPr>
          <w:rFonts w:ascii="Bell MT" w:hAnsi="Bell MT"/>
          <w:b/>
          <w:bCs/>
          <w:sz w:val="24"/>
          <w:szCs w:val="24"/>
        </w:rPr>
      </w:pPr>
      <w:r w:rsidRPr="00712DCE">
        <w:rPr>
          <w:rFonts w:ascii="Bell MT" w:hAnsi="Bell MT"/>
          <w:b/>
          <w:bCs/>
          <w:sz w:val="24"/>
          <w:szCs w:val="24"/>
        </w:rPr>
        <w:t xml:space="preserve">Article </w:t>
      </w:r>
      <w:r w:rsidR="0028043E" w:rsidRPr="00712DCE">
        <w:rPr>
          <w:rFonts w:ascii="Bell MT" w:hAnsi="Bell MT"/>
          <w:b/>
          <w:bCs/>
          <w:sz w:val="24"/>
          <w:szCs w:val="24"/>
        </w:rPr>
        <w:t>9</w:t>
      </w:r>
      <w:r w:rsidRPr="00712DCE">
        <w:rPr>
          <w:rFonts w:ascii="Bell MT" w:hAnsi="Bell MT"/>
          <w:b/>
          <w:bCs/>
          <w:sz w:val="24"/>
          <w:szCs w:val="24"/>
        </w:rPr>
        <w:t xml:space="preserve"> : Récompenses</w:t>
      </w:r>
      <w:r w:rsidR="006B29CE" w:rsidRPr="00712DCE">
        <w:rPr>
          <w:rFonts w:ascii="Bell MT" w:hAnsi="Bell MT"/>
          <w:b/>
          <w:bCs/>
          <w:sz w:val="24"/>
          <w:szCs w:val="24"/>
        </w:rPr>
        <w:t xml:space="preserve"> par département</w:t>
      </w:r>
    </w:p>
    <w:p w14:paraId="26502066" w14:textId="08BD1311" w:rsidR="00937CAA" w:rsidRPr="00712DCE" w:rsidRDefault="00937CAA" w:rsidP="00937CAA">
      <w:pPr>
        <w:numPr>
          <w:ilvl w:val="0"/>
          <w:numId w:val="23"/>
        </w:numPr>
        <w:jc w:val="both"/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1er Prix : Accompagnement financier et technique (subvention + mise en relation avec partenaires financiers et incubateurs)</w:t>
      </w:r>
      <w:r w:rsidR="004B15E7" w:rsidRPr="00712DCE">
        <w:rPr>
          <w:rFonts w:ascii="Bell MT" w:hAnsi="Bell MT"/>
          <w:sz w:val="24"/>
          <w:szCs w:val="24"/>
        </w:rPr>
        <w:t>, pour une valeur de 1 000 000 FCFA.</w:t>
      </w:r>
    </w:p>
    <w:p w14:paraId="6AF7B5C7" w14:textId="422C5D33" w:rsidR="00937CAA" w:rsidRPr="00712DCE" w:rsidRDefault="00937CAA" w:rsidP="00937CAA">
      <w:pPr>
        <w:numPr>
          <w:ilvl w:val="0"/>
          <w:numId w:val="23"/>
        </w:numPr>
        <w:jc w:val="both"/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2e Prix : Appui financier et technique adapté au projet</w:t>
      </w:r>
      <w:r w:rsidR="004B15E7" w:rsidRPr="00712DCE">
        <w:rPr>
          <w:rFonts w:ascii="Bell MT" w:hAnsi="Bell MT"/>
          <w:sz w:val="24"/>
          <w:szCs w:val="24"/>
        </w:rPr>
        <w:t>, pour une valeur de 500 000 FCFA.</w:t>
      </w:r>
    </w:p>
    <w:p w14:paraId="3C05937F" w14:textId="787D14FD" w:rsidR="00937CAA" w:rsidRPr="00712DCE" w:rsidRDefault="00937CAA" w:rsidP="00937CAA">
      <w:pPr>
        <w:numPr>
          <w:ilvl w:val="0"/>
          <w:numId w:val="23"/>
        </w:numPr>
        <w:jc w:val="both"/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3e Prix : Soutien technique, accompagnement et opportunités de réseautage</w:t>
      </w:r>
      <w:r w:rsidR="004B15E7" w:rsidRPr="00712DCE">
        <w:rPr>
          <w:rFonts w:ascii="Bell MT" w:hAnsi="Bell MT"/>
          <w:sz w:val="24"/>
          <w:szCs w:val="24"/>
        </w:rPr>
        <w:t>, pour une valeur de 300 000 FCFA.</w:t>
      </w:r>
    </w:p>
    <w:p w14:paraId="3CF840E2" w14:textId="77777777" w:rsidR="00937CAA" w:rsidRPr="00712DCE" w:rsidRDefault="00937CAA" w:rsidP="00937CAA">
      <w:pPr>
        <w:numPr>
          <w:ilvl w:val="0"/>
          <w:numId w:val="23"/>
        </w:numPr>
        <w:jc w:val="both"/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Tous les finalistes recevront un certificat de participation et bénéficieront de recommandations pour accéder à des financements.</w:t>
      </w:r>
    </w:p>
    <w:p w14:paraId="1ADDFE76" w14:textId="596D6B40" w:rsidR="00937CAA" w:rsidRPr="00712DCE" w:rsidRDefault="00937CAA" w:rsidP="00937CAA">
      <w:pPr>
        <w:jc w:val="both"/>
        <w:rPr>
          <w:rFonts w:ascii="Bell MT" w:hAnsi="Bell MT"/>
          <w:b/>
          <w:bCs/>
          <w:sz w:val="24"/>
          <w:szCs w:val="24"/>
        </w:rPr>
      </w:pPr>
      <w:r w:rsidRPr="00712DCE">
        <w:rPr>
          <w:rFonts w:ascii="Bell MT" w:hAnsi="Bell MT"/>
          <w:b/>
          <w:bCs/>
          <w:sz w:val="24"/>
          <w:szCs w:val="24"/>
        </w:rPr>
        <w:t xml:space="preserve">Article </w:t>
      </w:r>
      <w:r w:rsidR="0028043E" w:rsidRPr="00712DCE">
        <w:rPr>
          <w:rFonts w:ascii="Bell MT" w:hAnsi="Bell MT"/>
          <w:b/>
          <w:bCs/>
          <w:sz w:val="24"/>
          <w:szCs w:val="24"/>
        </w:rPr>
        <w:t>10</w:t>
      </w:r>
      <w:r w:rsidRPr="00712DCE">
        <w:rPr>
          <w:rFonts w:ascii="Bell MT" w:hAnsi="Bell MT"/>
          <w:b/>
          <w:bCs/>
          <w:sz w:val="24"/>
          <w:szCs w:val="24"/>
        </w:rPr>
        <w:t xml:space="preserve"> : Obligations des lauréats</w:t>
      </w:r>
    </w:p>
    <w:p w14:paraId="5177BEF8" w14:textId="77777777" w:rsidR="00937CAA" w:rsidRPr="00712DCE" w:rsidRDefault="00937CAA" w:rsidP="00937CAA">
      <w:pPr>
        <w:numPr>
          <w:ilvl w:val="0"/>
          <w:numId w:val="24"/>
        </w:numPr>
        <w:jc w:val="both"/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Les lauréats s’engagent à utiliser les dotations uniquement pour la mise en œuvre de leur projet.</w:t>
      </w:r>
    </w:p>
    <w:p w14:paraId="79E62295" w14:textId="77777777" w:rsidR="00937CAA" w:rsidRPr="00712DCE" w:rsidRDefault="00937CAA" w:rsidP="00937CAA">
      <w:pPr>
        <w:numPr>
          <w:ilvl w:val="0"/>
          <w:numId w:val="24"/>
        </w:numPr>
        <w:jc w:val="both"/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Ils doivent accepter le suivi et l’accompagnement proposés par les organisateurs et partenaires.</w:t>
      </w:r>
    </w:p>
    <w:p w14:paraId="0CC99CF4" w14:textId="1D43D8BE" w:rsidR="00937CAA" w:rsidRPr="00712DCE" w:rsidRDefault="00937CAA" w:rsidP="00937CAA">
      <w:pPr>
        <w:jc w:val="both"/>
        <w:rPr>
          <w:rFonts w:ascii="Bell MT" w:hAnsi="Bell MT"/>
          <w:b/>
          <w:bCs/>
          <w:sz w:val="24"/>
          <w:szCs w:val="24"/>
        </w:rPr>
      </w:pPr>
      <w:r w:rsidRPr="00712DCE">
        <w:rPr>
          <w:rFonts w:ascii="Bell MT" w:hAnsi="Bell MT"/>
          <w:b/>
          <w:bCs/>
          <w:sz w:val="24"/>
          <w:szCs w:val="24"/>
        </w:rPr>
        <w:t>Article 1</w:t>
      </w:r>
      <w:r w:rsidR="0028043E" w:rsidRPr="00712DCE">
        <w:rPr>
          <w:rFonts w:ascii="Bell MT" w:hAnsi="Bell MT"/>
          <w:b/>
          <w:bCs/>
          <w:sz w:val="24"/>
          <w:szCs w:val="24"/>
        </w:rPr>
        <w:t>1</w:t>
      </w:r>
      <w:r w:rsidRPr="00712DCE">
        <w:rPr>
          <w:rFonts w:ascii="Bell MT" w:hAnsi="Bell MT"/>
          <w:b/>
          <w:bCs/>
          <w:sz w:val="24"/>
          <w:szCs w:val="24"/>
        </w:rPr>
        <w:t xml:space="preserve"> : Dispositions générales</w:t>
      </w:r>
    </w:p>
    <w:p w14:paraId="2D96E2A1" w14:textId="77777777" w:rsidR="00937CAA" w:rsidRPr="00712DCE" w:rsidRDefault="00937CAA" w:rsidP="00937CAA">
      <w:pPr>
        <w:numPr>
          <w:ilvl w:val="0"/>
          <w:numId w:val="25"/>
        </w:numPr>
        <w:jc w:val="both"/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La participation au concours implique l’acceptation sans réserve du présent règlement.</w:t>
      </w:r>
    </w:p>
    <w:p w14:paraId="108117DA" w14:textId="77777777" w:rsidR="00937CAA" w:rsidRPr="00712DCE" w:rsidRDefault="00937CAA" w:rsidP="00937CAA">
      <w:pPr>
        <w:numPr>
          <w:ilvl w:val="0"/>
          <w:numId w:val="25"/>
        </w:numPr>
        <w:jc w:val="both"/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Toute fausse déclaration ou tentative de fraude entraîne l’exclusion immédiate du concours.</w:t>
      </w:r>
    </w:p>
    <w:p w14:paraId="42EACCC1" w14:textId="62B3F263" w:rsidR="00C41CCF" w:rsidRPr="00712DCE" w:rsidRDefault="00C41CCF" w:rsidP="00C41CCF">
      <w:pPr>
        <w:rPr>
          <w:rFonts w:ascii="Bell MT" w:hAnsi="Bell MT"/>
          <w:b/>
          <w:bCs/>
          <w:sz w:val="24"/>
          <w:szCs w:val="24"/>
        </w:rPr>
      </w:pPr>
      <w:r w:rsidRPr="00712DCE">
        <w:rPr>
          <w:rFonts w:ascii="Bell MT" w:hAnsi="Bell MT"/>
          <w:b/>
          <w:bCs/>
          <w:sz w:val="24"/>
          <w:szCs w:val="24"/>
        </w:rPr>
        <w:t xml:space="preserve">Article </w:t>
      </w:r>
      <w:r w:rsidR="0028043E" w:rsidRPr="00712DCE">
        <w:rPr>
          <w:rFonts w:ascii="Bell MT" w:hAnsi="Bell MT"/>
          <w:b/>
          <w:bCs/>
          <w:sz w:val="24"/>
          <w:szCs w:val="24"/>
        </w:rPr>
        <w:t>12 :</w:t>
      </w:r>
      <w:r w:rsidRPr="00712DCE">
        <w:rPr>
          <w:rFonts w:ascii="Bell MT" w:hAnsi="Bell MT"/>
          <w:b/>
          <w:bCs/>
          <w:sz w:val="24"/>
          <w:szCs w:val="24"/>
        </w:rPr>
        <w:t xml:space="preserve"> Modifications du règlement</w:t>
      </w:r>
    </w:p>
    <w:p w14:paraId="44BDD1D8" w14:textId="77777777" w:rsidR="00C41CCF" w:rsidRPr="00712DCE" w:rsidRDefault="00C41CCF" w:rsidP="00C41CCF">
      <w:pPr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>Les organisateurs se réservent le droit de modifier le présent règlement pour des raisons de bonne organisation du concours. Toute modification fera l’objet d’une communication officielle.</w:t>
      </w:r>
    </w:p>
    <w:p w14:paraId="3AA52AF6" w14:textId="2F564392" w:rsidR="00C41CCF" w:rsidRPr="00712DCE" w:rsidRDefault="00C41CCF" w:rsidP="00C41CCF">
      <w:pPr>
        <w:rPr>
          <w:rFonts w:ascii="Bell MT" w:hAnsi="Bell MT"/>
          <w:b/>
          <w:bCs/>
          <w:sz w:val="24"/>
          <w:szCs w:val="24"/>
        </w:rPr>
      </w:pPr>
      <w:r w:rsidRPr="00712DCE">
        <w:rPr>
          <w:rFonts w:ascii="Bell MT" w:hAnsi="Bell MT"/>
          <w:b/>
          <w:bCs/>
          <w:sz w:val="24"/>
          <w:szCs w:val="24"/>
        </w:rPr>
        <w:t>Article 1</w:t>
      </w:r>
      <w:r w:rsidR="0028043E" w:rsidRPr="00712DCE">
        <w:rPr>
          <w:rFonts w:ascii="Bell MT" w:hAnsi="Bell MT"/>
          <w:b/>
          <w:bCs/>
          <w:sz w:val="24"/>
          <w:szCs w:val="24"/>
        </w:rPr>
        <w:t>3 :</w:t>
      </w:r>
      <w:r w:rsidRPr="00712DCE">
        <w:rPr>
          <w:rFonts w:ascii="Bell MT" w:hAnsi="Bell MT"/>
          <w:b/>
          <w:bCs/>
          <w:sz w:val="24"/>
          <w:szCs w:val="24"/>
        </w:rPr>
        <w:t xml:space="preserve"> Acceptation du règlement</w:t>
      </w:r>
    </w:p>
    <w:p w14:paraId="44509D7D" w14:textId="26EF3AC7" w:rsidR="00C41CCF" w:rsidRPr="00712DCE" w:rsidRDefault="00C41CCF" w:rsidP="002B7C00">
      <w:pPr>
        <w:rPr>
          <w:rFonts w:ascii="Bell MT" w:hAnsi="Bell MT"/>
          <w:sz w:val="24"/>
          <w:szCs w:val="24"/>
        </w:rPr>
      </w:pPr>
      <w:r w:rsidRPr="00712DCE">
        <w:rPr>
          <w:rFonts w:ascii="Bell MT" w:hAnsi="Bell MT"/>
          <w:sz w:val="24"/>
          <w:szCs w:val="24"/>
        </w:rPr>
        <w:t xml:space="preserve">La participation au concours implique </w:t>
      </w:r>
      <w:r w:rsidRPr="00712DCE">
        <w:rPr>
          <w:rFonts w:ascii="Bell MT" w:hAnsi="Bell MT"/>
          <w:b/>
          <w:bCs/>
          <w:sz w:val="24"/>
          <w:szCs w:val="24"/>
        </w:rPr>
        <w:t>l’acceptation pleine et entière</w:t>
      </w:r>
      <w:r w:rsidRPr="00712DCE">
        <w:rPr>
          <w:rFonts w:ascii="Bell MT" w:hAnsi="Bell MT"/>
          <w:sz w:val="24"/>
          <w:szCs w:val="24"/>
        </w:rPr>
        <w:t xml:space="preserve"> du présent règlement.</w:t>
      </w:r>
    </w:p>
    <w:p w14:paraId="6E208A28" w14:textId="739D044D" w:rsidR="000813FE" w:rsidRPr="00F853CD" w:rsidRDefault="000813FE">
      <w:pPr>
        <w:rPr>
          <w:rFonts w:ascii="Bell MT" w:eastAsiaTheme="majorEastAsia" w:hAnsi="Bell MT" w:cstheme="majorBidi"/>
          <w:color w:val="17365D" w:themeColor="text2" w:themeShade="BF"/>
          <w:spacing w:val="5"/>
          <w:kern w:val="28"/>
          <w:sz w:val="24"/>
          <w:szCs w:val="24"/>
        </w:rPr>
      </w:pPr>
    </w:p>
    <w:sectPr w:rsidR="000813FE" w:rsidRPr="00F853CD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3297DE" w14:textId="77777777" w:rsidR="00366FB7" w:rsidRPr="00712DCE" w:rsidRDefault="00366FB7" w:rsidP="0094585E">
      <w:pPr>
        <w:spacing w:after="0" w:line="240" w:lineRule="auto"/>
      </w:pPr>
      <w:r w:rsidRPr="00712DCE">
        <w:separator/>
      </w:r>
    </w:p>
  </w:endnote>
  <w:endnote w:type="continuationSeparator" w:id="0">
    <w:p w14:paraId="61D1B9BC" w14:textId="77777777" w:rsidR="00366FB7" w:rsidRPr="00712DCE" w:rsidRDefault="00366FB7" w:rsidP="0094585E">
      <w:pPr>
        <w:spacing w:after="0" w:line="240" w:lineRule="auto"/>
      </w:pPr>
      <w:r w:rsidRPr="00712DC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5502F" w14:textId="318E27E4" w:rsidR="00530793" w:rsidRPr="00712DCE" w:rsidRDefault="0050290E" w:rsidP="00530793">
    <w:pPr>
      <w:jc w:val="center"/>
      <w:rPr>
        <w:rFonts w:ascii="Bell MT" w:hAnsi="Bell MT"/>
        <w:b/>
        <w:sz w:val="32"/>
        <w:szCs w:val="32"/>
      </w:rPr>
    </w:pPr>
    <w:r w:rsidRPr="00712DCE">
      <w:rPr>
        <w:rFonts w:ascii="Bell MT" w:hAnsi="Bell MT"/>
        <w:b/>
        <w:sz w:val="32"/>
        <w:szCs w:val="32"/>
      </w:rPr>
      <w:t>Mai</w:t>
    </w:r>
    <w:r w:rsidR="00432506" w:rsidRPr="00712DCE">
      <w:rPr>
        <w:rFonts w:ascii="Bell MT" w:hAnsi="Bell MT"/>
        <w:b/>
        <w:sz w:val="32"/>
        <w:szCs w:val="32"/>
      </w:rPr>
      <w:t xml:space="preserve">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CEFE0" w14:textId="77777777" w:rsidR="00366FB7" w:rsidRPr="00712DCE" w:rsidRDefault="00366FB7" w:rsidP="0094585E">
      <w:pPr>
        <w:spacing w:after="0" w:line="240" w:lineRule="auto"/>
      </w:pPr>
      <w:r w:rsidRPr="00712DCE">
        <w:separator/>
      </w:r>
    </w:p>
  </w:footnote>
  <w:footnote w:type="continuationSeparator" w:id="0">
    <w:p w14:paraId="646D7348" w14:textId="77777777" w:rsidR="00366FB7" w:rsidRPr="00712DCE" w:rsidRDefault="00366FB7" w:rsidP="0094585E">
      <w:pPr>
        <w:spacing w:after="0" w:line="240" w:lineRule="auto"/>
      </w:pPr>
      <w:r w:rsidRPr="00712DC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342D5" w14:textId="32FDD9FB" w:rsidR="00F853CD" w:rsidRPr="00712DCE" w:rsidRDefault="00F853CD">
    <w:pPr>
      <w:pStyle w:val="En-tte"/>
    </w:pPr>
    <w:r w:rsidRPr="00712DCE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FA033BF" wp14:editId="40EA341F">
              <wp:simplePos x="0" y="0"/>
              <wp:positionH relativeFrom="margin">
                <wp:posOffset>-292100</wp:posOffset>
              </wp:positionH>
              <wp:positionV relativeFrom="paragraph">
                <wp:posOffset>-355600</wp:posOffset>
              </wp:positionV>
              <wp:extent cx="6350000" cy="882650"/>
              <wp:effectExtent l="0" t="0" r="0" b="0"/>
              <wp:wrapNone/>
              <wp:docPr id="987165387" name="Group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50000" cy="882650"/>
                        <a:chOff x="0" y="0"/>
                        <a:chExt cx="6350000" cy="882650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79" t="19846" r="14131" b="20760"/>
                        <a:stretch/>
                      </pic:blipFill>
                      <pic:spPr bwMode="auto">
                        <a:xfrm>
                          <a:off x="1403350" y="6350"/>
                          <a:ext cx="129286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2036499537" name="Groupe 1"/>
                      <wpg:cNvGrpSpPr>
                        <a:grpSpLocks/>
                      </wpg:cNvGrpSpPr>
                      <wpg:grpSpPr>
                        <a:xfrm>
                          <a:off x="0" y="0"/>
                          <a:ext cx="6350000" cy="882650"/>
                          <a:chOff x="247650" y="6350"/>
                          <a:chExt cx="6350000" cy="882650"/>
                        </a:xfrm>
                      </wpg:grpSpPr>
                      <pic:pic xmlns:pic="http://schemas.openxmlformats.org/drawingml/2006/picture">
                        <pic:nvPicPr>
                          <pic:cNvPr id="83464155" name="Image 7" descr="Logo MT.PN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4520" y="45720"/>
                            <a:ext cx="91313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5252547" name="Image 1" descr="Description : G:\MISSION SENEGAL\EDGAR\CDK\logo kanel.pn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50" y="6350"/>
                            <a:ext cx="953135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634629712" name="Image 634629712">
                          <a:extLst>
                            <a:ext uri="{FF2B5EF4-FFF2-40B4-BE49-F238E27FC236}">
                              <a16:creationId xmlns:a16="http://schemas.microsoft.com/office/drawing/2014/main" id="{F7EDB674-38EC-CA80-65DF-1DE3E2CD35B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7250" y="57150"/>
                          <a:ext cx="93345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8E0F2B7" id="Groupe 1" o:spid="_x0000_s1026" style="position:absolute;margin-left:-23pt;margin-top:-28pt;width:500pt;height:69.5pt;z-index:251659264;mso-position-horizontal-relative:margin" coordsize="63500,88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left:14033;top:63;width:12929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">
                <v:imagedata r:id="rId5" o:title="" croptop="13006f" cropbottom="13605f" cropleft="9030f" cropright="9261f"/>
              </v:shape>
              <v:group id="_x0000_s1028" style="position:absolute;width:63500;height:8826" coordorigin="2476,63" coordsize="63500,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">
                <v:shape id="Image 7" o:spid="_x0000_s1029" type="#_x0000_t75" alt="Logo MT.PNG" style="position:absolute;left:56845;top:457;width:9131;height:8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">
                  <v:imagedata r:id="rId6" o:title="Logo MT"/>
                </v:shape>
                <v:shape id="Image 1" o:spid="_x0000_s1030" type="#_x0000_t75" alt="Description : G:\MISSION SENEGAL\EDGAR\CDK\logo kanel.png" style="position:absolute;left:2476;top:63;width:9531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">
                  <v:imagedata r:id="rId7" o:title="logo kanel"/>
                </v:shape>
              </v:group>
              <v:shape id="Image 634629712" o:spid="_x0000_s1031" type="#_x0000_t75" style="position:absolute;left:33972;top:571;width:9335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">
                <v:imagedata r:id="rId8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ADE121B"/>
    <w:multiLevelType w:val="multilevel"/>
    <w:tmpl w:val="AC90A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B770EEF"/>
    <w:multiLevelType w:val="multilevel"/>
    <w:tmpl w:val="56E85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007DD5"/>
    <w:multiLevelType w:val="multilevel"/>
    <w:tmpl w:val="60F29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5B45D1"/>
    <w:multiLevelType w:val="multilevel"/>
    <w:tmpl w:val="3A206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6A673B"/>
    <w:multiLevelType w:val="multilevel"/>
    <w:tmpl w:val="1D360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8B226B"/>
    <w:multiLevelType w:val="multilevel"/>
    <w:tmpl w:val="3FA2B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F00A02"/>
    <w:multiLevelType w:val="multilevel"/>
    <w:tmpl w:val="5404A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FF779A"/>
    <w:multiLevelType w:val="multilevel"/>
    <w:tmpl w:val="4B847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440D4C"/>
    <w:multiLevelType w:val="multilevel"/>
    <w:tmpl w:val="80A6F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63727D"/>
    <w:multiLevelType w:val="hybridMultilevel"/>
    <w:tmpl w:val="D2D26F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5DED"/>
    <w:multiLevelType w:val="multilevel"/>
    <w:tmpl w:val="2B608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2E95D74"/>
    <w:multiLevelType w:val="multilevel"/>
    <w:tmpl w:val="E77C1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E15FE8"/>
    <w:multiLevelType w:val="multilevel"/>
    <w:tmpl w:val="43D00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EA62576"/>
    <w:multiLevelType w:val="multilevel"/>
    <w:tmpl w:val="BC8E4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16B5392"/>
    <w:multiLevelType w:val="multilevel"/>
    <w:tmpl w:val="9A2C2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29D4DB9"/>
    <w:multiLevelType w:val="hybridMultilevel"/>
    <w:tmpl w:val="E788FDC0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794C2DCA"/>
    <w:multiLevelType w:val="multilevel"/>
    <w:tmpl w:val="ACBAF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EC9306D"/>
    <w:multiLevelType w:val="multilevel"/>
    <w:tmpl w:val="09660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31051284">
    <w:abstractNumId w:val="8"/>
  </w:num>
  <w:num w:numId="2" w16cid:durableId="821390094">
    <w:abstractNumId w:val="6"/>
  </w:num>
  <w:num w:numId="3" w16cid:durableId="1164707554">
    <w:abstractNumId w:val="5"/>
  </w:num>
  <w:num w:numId="4" w16cid:durableId="374014251">
    <w:abstractNumId w:val="4"/>
  </w:num>
  <w:num w:numId="5" w16cid:durableId="52391318">
    <w:abstractNumId w:val="7"/>
  </w:num>
  <w:num w:numId="6" w16cid:durableId="1094017020">
    <w:abstractNumId w:val="3"/>
  </w:num>
  <w:num w:numId="7" w16cid:durableId="1024936704">
    <w:abstractNumId w:val="2"/>
  </w:num>
  <w:num w:numId="8" w16cid:durableId="2078937248">
    <w:abstractNumId w:val="1"/>
  </w:num>
  <w:num w:numId="9" w16cid:durableId="610862176">
    <w:abstractNumId w:val="0"/>
  </w:num>
  <w:num w:numId="10" w16cid:durableId="1816944175">
    <w:abstractNumId w:val="11"/>
  </w:num>
  <w:num w:numId="11" w16cid:durableId="1941990807">
    <w:abstractNumId w:val="22"/>
  </w:num>
  <w:num w:numId="12" w16cid:durableId="154735245">
    <w:abstractNumId w:val="9"/>
  </w:num>
  <w:num w:numId="13" w16cid:durableId="92746102">
    <w:abstractNumId w:val="20"/>
  </w:num>
  <w:num w:numId="14" w16cid:durableId="2008751898">
    <w:abstractNumId w:val="13"/>
  </w:num>
  <w:num w:numId="15" w16cid:durableId="360134151">
    <w:abstractNumId w:val="21"/>
  </w:num>
  <w:num w:numId="16" w16cid:durableId="1365905801">
    <w:abstractNumId w:val="17"/>
  </w:num>
  <w:num w:numId="17" w16cid:durableId="1884051992">
    <w:abstractNumId w:val="25"/>
  </w:num>
  <w:num w:numId="18" w16cid:durableId="792017515">
    <w:abstractNumId w:val="10"/>
  </w:num>
  <w:num w:numId="19" w16cid:durableId="1810904426">
    <w:abstractNumId w:val="15"/>
  </w:num>
  <w:num w:numId="20" w16cid:durableId="1186558990">
    <w:abstractNumId w:val="23"/>
  </w:num>
  <w:num w:numId="21" w16cid:durableId="2135056452">
    <w:abstractNumId w:val="26"/>
  </w:num>
  <w:num w:numId="22" w16cid:durableId="469783633">
    <w:abstractNumId w:val="16"/>
  </w:num>
  <w:num w:numId="23" w16cid:durableId="122386567">
    <w:abstractNumId w:val="19"/>
  </w:num>
  <w:num w:numId="24" w16cid:durableId="796266618">
    <w:abstractNumId w:val="12"/>
  </w:num>
  <w:num w:numId="25" w16cid:durableId="1473134014">
    <w:abstractNumId w:val="14"/>
  </w:num>
  <w:num w:numId="26" w16cid:durableId="1206721113">
    <w:abstractNumId w:val="24"/>
  </w:num>
  <w:num w:numId="27" w16cid:durableId="171075986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0FE3"/>
    <w:rsid w:val="00012E8E"/>
    <w:rsid w:val="00034616"/>
    <w:rsid w:val="0006063C"/>
    <w:rsid w:val="000813FE"/>
    <w:rsid w:val="0008708D"/>
    <w:rsid w:val="000A5DBB"/>
    <w:rsid w:val="000E12F7"/>
    <w:rsid w:val="00136C43"/>
    <w:rsid w:val="0015074B"/>
    <w:rsid w:val="00206F14"/>
    <w:rsid w:val="002763B5"/>
    <w:rsid w:val="0028043E"/>
    <w:rsid w:val="0029639D"/>
    <w:rsid w:val="002A5418"/>
    <w:rsid w:val="002B7C00"/>
    <w:rsid w:val="00313AC1"/>
    <w:rsid w:val="00326F90"/>
    <w:rsid w:val="00332239"/>
    <w:rsid w:val="00365915"/>
    <w:rsid w:val="00366FB7"/>
    <w:rsid w:val="003924F5"/>
    <w:rsid w:val="003B00DD"/>
    <w:rsid w:val="003D664A"/>
    <w:rsid w:val="00432506"/>
    <w:rsid w:val="00465425"/>
    <w:rsid w:val="00473239"/>
    <w:rsid w:val="0048033B"/>
    <w:rsid w:val="004B15E7"/>
    <w:rsid w:val="004F25B5"/>
    <w:rsid w:val="0050290E"/>
    <w:rsid w:val="00530793"/>
    <w:rsid w:val="005442D3"/>
    <w:rsid w:val="005560EE"/>
    <w:rsid w:val="005C331C"/>
    <w:rsid w:val="006B29CE"/>
    <w:rsid w:val="006B43C2"/>
    <w:rsid w:val="00712DCE"/>
    <w:rsid w:val="0072221B"/>
    <w:rsid w:val="007242F0"/>
    <w:rsid w:val="00786C09"/>
    <w:rsid w:val="00804D24"/>
    <w:rsid w:val="008263C8"/>
    <w:rsid w:val="008336D4"/>
    <w:rsid w:val="008734A3"/>
    <w:rsid w:val="008F3DAB"/>
    <w:rsid w:val="00937CAA"/>
    <w:rsid w:val="0094585E"/>
    <w:rsid w:val="009B1E19"/>
    <w:rsid w:val="009C47EA"/>
    <w:rsid w:val="009F3138"/>
    <w:rsid w:val="00A00771"/>
    <w:rsid w:val="00A62766"/>
    <w:rsid w:val="00AA1D8D"/>
    <w:rsid w:val="00B47730"/>
    <w:rsid w:val="00BA0A8A"/>
    <w:rsid w:val="00BE2FC2"/>
    <w:rsid w:val="00C00ED6"/>
    <w:rsid w:val="00C41CCF"/>
    <w:rsid w:val="00C45D26"/>
    <w:rsid w:val="00C74448"/>
    <w:rsid w:val="00C87202"/>
    <w:rsid w:val="00CA0431"/>
    <w:rsid w:val="00CA265A"/>
    <w:rsid w:val="00CB0664"/>
    <w:rsid w:val="00D05830"/>
    <w:rsid w:val="00D12CA7"/>
    <w:rsid w:val="00D35CCD"/>
    <w:rsid w:val="00DB49BD"/>
    <w:rsid w:val="00E66203"/>
    <w:rsid w:val="00EB549A"/>
    <w:rsid w:val="00EE49DB"/>
    <w:rsid w:val="00EF0350"/>
    <w:rsid w:val="00F25AAE"/>
    <w:rsid w:val="00F83D80"/>
    <w:rsid w:val="00F853CD"/>
    <w:rsid w:val="00FA7D4F"/>
    <w:rsid w:val="00FC492C"/>
    <w:rsid w:val="00FC693F"/>
    <w:rsid w:val="00FE7B99"/>
    <w:rsid w:val="00FF1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04D786"/>
  <w14:defaultImageDpi w14:val="300"/>
  <w15:docId w15:val="{6B9FB401-C15D-492B-BE86-B12A9684B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3D664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D664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D664A"/>
    <w:rPr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D664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D664A"/>
    <w:rPr>
      <w:b/>
      <w:bCs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18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696</Words>
  <Characters>3830</Characters>
  <Application>Microsoft Office Word</Application>
  <DocSecurity>0</DocSecurity>
  <Lines>31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4517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Marvin BERTRAND</dc:creator>
  <cp:keywords/>
  <dc:description>generated by python-docx</dc:description>
  <cp:lastModifiedBy>Koffi AGBOZO</cp:lastModifiedBy>
  <cp:revision>2</cp:revision>
  <dcterms:created xsi:type="dcterms:W3CDTF">2026-05-07T12:04:00Z</dcterms:created>
  <dcterms:modified xsi:type="dcterms:W3CDTF">2026-05-07T12:04:00Z</dcterms:modified>
  <cp:category/>
</cp:coreProperties>
</file>